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Toshkent shahar sudiga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(fuqarolik ishlari bo‘yicha apellyatsiya instansiyasiga)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manzil: ________________________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____-tuman (shahar) fuqarolik ishlari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bo‘yicha sudi orqali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Apellyant (da’vogar / javobgar):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F.I.Sh.: ____________________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yashash manzili: __________________, tel: __________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Ishda ishtirok etuvchi boshqa shaxslar: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____________________________</w:t>
      </w:r>
    </w:p>
    <w:p>
      <w:pPr>
        <w:spacing w:after="40" w:before="0"/>
        <w:ind w:left="4819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manzili: ____________________</w:t>
      </w:r>
    </w:p>
    <w:p/>
    <w:p>
      <w:pPr>
        <w:spacing w:after="60" w:before="0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APELLYATSIYA SHIKOYATI</w:t>
      </w:r>
    </w:p>
    <w:p>
      <w:pPr>
        <w:spacing w:after="240" w:before="0"/>
        <w:jc w:val="center"/>
      </w:pPr>
      <w:r>
        <w:rPr>
          <w:rFonts w:ascii="Times New Roman" w:hAnsi="Times New Roman" w:eastAsia="Times New Roman"/>
          <w:b w:val="0"/>
          <w:i/>
          <w:sz w:val="22"/>
        </w:rPr>
        <w:t>____-tuman (shahar) fuqarolik ishlari bo‘yicha sudining «___» ______ 20__ yildagi hal qiluv qarori (ish № ______) ustidan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____-tuman (shahar) fuqarolik ishlari bo‘yicha sudining «___» ______ 20__ yildagi hal qiluv qarori bilan ______________________________ to‘g‘risidagi fuqarolik ishi ko‘rib chiqilib, quyidagi qaror qabul qilingan: ________________________________________.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Ushbu hal qiluv qarori qonuniy va asosli emas, u bekor qilinishi (o‘zgartirilishi) lozim, quyidagi asoslarga ko‘ra: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Sud tomonidan ishning haqiqiy holatlari to‘liq aniqlanmagan, dalillar noto‘g‘ri baholangan hamda moddiy va protsessual huquq normalari buzilgan, xususan: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1) Sud quyidagi holatlarni e’tiborsiz qoldirgan: ________________________________________;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2) Ishga oid quyidagi dalillar noto‘g‘ri baholangan yoki hisobga olinmagan: ________________________________________;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3) Sud tomonidan quyidagi moddiy huquq normalari noto‘g‘ri qo‘llanilgan/qo‘llanilmagan: ______________________________;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4) Quyidagi protsessual huquq normalari buzilgan: __________________________________.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Yuqorida keltirilgan holatlar hal qiluv qarorining qonuniyligi va asosliligiga ta’sir qiladi hamda uni bekor qilish (o‘zgartirish) uchun asos bo‘ladi.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Yuqoridagilarga asosan va O‘zbekiston Respublikasi Fuqarolik protsessual kodeksining tegishli moddalari (apellyatsiya shikoyati to‘g‘risidagi normalar)ga muvofiq,</w:t>
      </w:r>
    </w:p>
    <w:p>
      <w:pPr>
        <w:spacing w:after="120" w:befor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S O ‘ R A Y M A N: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____-tuman (shahar) fuqarolik ishlari bo‘yicha sudining «___» ______ 20__ yildagi hal qiluv qarorini bekor qilib, ish bo‘yicha yangi qaror qabul qilishni / ishni yangidan ko‘rib chiqishga yuborishni;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yoki hal qiluv qarorini quyidagi qismda o‘zgartirishni: ______________________________;</w:t>
      </w:r>
    </w:p>
    <w:p>
      <w:pPr>
        <w:spacing w:after="120" w:before="0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to‘langan davlat bojini javobgardan undirishni.</w:t>
      </w:r>
    </w:p>
    <w:p/>
    <w:p>
      <w:pPr>
        <w:spacing w:after="80" w:before="0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Ilovalar:</w:t>
      </w:r>
    </w:p>
    <w:p>
      <w:pPr>
        <w:spacing w:after="40" w:before="0"/>
        <w:ind w:left="283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Apellyatsiya shikoyatining ishda ishtirok etuvchi shaxslar soniga qarab nusxalari;</w:t>
      </w:r>
    </w:p>
    <w:p>
      <w:pPr>
        <w:spacing w:after="40" w:before="0"/>
        <w:ind w:left="283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Shikoyat qilinayotgan hal qiluv qarorining nusxasi;</w:t>
      </w:r>
    </w:p>
    <w:p>
      <w:pPr>
        <w:spacing w:after="40" w:before="0"/>
        <w:ind w:left="283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Davlat boji to‘langanligini tasdiqlovchi hujjat;</w:t>
      </w:r>
    </w:p>
    <w:p>
      <w:pPr>
        <w:spacing w:after="40" w:before="0"/>
        <w:ind w:left="283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Apellyant dalillarini tasdiqlovchi hujjatlar (mavjud bo‘lsa) nusxalari;</w:t>
      </w:r>
    </w:p>
    <w:p>
      <w:pPr>
        <w:spacing w:after="40" w:before="0"/>
        <w:ind w:left="283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Vakil orqali topshirilganda — ishonchnoma.</w:t>
      </w:r>
    </w:p>
    <w:p/>
    <w:p>
      <w:pPr>
        <w:tabs>
          <w:tab w:pos="9071" w:val="right"/>
        </w:tabs>
        <w:spacing w:after="120"/>
      </w:pPr>
      <w:r>
        <w:rPr>
          <w:rFonts w:ascii="Times New Roman" w:hAnsi="Times New Roman" w:eastAsia="Times New Roman"/>
          <w:b w:val="0"/>
          <w:i w:val="0"/>
          <w:sz w:val="24"/>
        </w:rPr>
        <w:t>«____» __________ 20__ y.</w:t>
      </w:r>
      <w:r>
        <w:rPr>
          <w:rFonts w:ascii="Times New Roman" w:hAnsi="Times New Roman" w:eastAsia="Times New Roman"/>
          <w:b w:val="0"/>
          <w:i w:val="0"/>
          <w:sz w:val="24"/>
        </w:rPr>
        <w:tab/>
        <w:t>________________</w:t>
      </w:r>
    </w:p>
    <w:p>
      <w:pPr>
        <w:spacing w:after="120" w:before="0"/>
        <w:jc w:val="right"/>
      </w:pPr>
      <w:r>
        <w:rPr>
          <w:rFonts w:ascii="Times New Roman" w:hAnsi="Times New Roman" w:eastAsia="Times New Roman"/>
          <w:b w:val="0"/>
          <w:i/>
          <w:sz w:val="22"/>
        </w:rPr>
        <w:t>Apellyant (imzo) / ________________ (F.I.Sh.)</w:t>
      </w:r>
    </w:p>
    <w:p>
      <w:pPr>
        <w:spacing w:after="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Eslatma: apellyatsiya shikoyati hal qiluv qarori qonuniy kuchga kirgunga qadar — u yakuniy shaklda qabul qilingan kundan boshlab bir oy ichida, birinchi instansiya sudi orqali beriladi. Aniq muddat, moddalar va sud nomini amaldagi FPK va ish materiallariga ko‘ra to‘ldiring.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