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 w:before="0"/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TOVAR YETKAZIB BERISH (OLDI-SOTDI) SHARTNOMASI</w:t>
      </w:r>
    </w:p>
    <w:p>
      <w:pPr>
        <w:spacing w:after="240" w:before="0"/>
        <w:jc w:val="center"/>
      </w:pPr>
      <w:r>
        <w:rPr>
          <w:rFonts w:ascii="Times New Roman" w:hAnsi="Times New Roman" w:eastAsia="Times New Roman"/>
          <w:b w:val="0"/>
          <w:i w:val="0"/>
          <w:sz w:val="22"/>
        </w:rPr>
        <w:t>№ __________</w:t>
      </w:r>
    </w:p>
    <w:p>
      <w:pPr>
        <w:tabs>
          <w:tab w:pos="9354" w:val="right"/>
        </w:tabs>
        <w:spacing w:after="240"/>
      </w:pPr>
      <w:r>
        <w:rPr>
          <w:rFonts w:ascii="Times New Roman" w:hAnsi="Times New Roman" w:eastAsia="Times New Roman"/>
          <w:b w:val="0"/>
          <w:i w:val="0"/>
          <w:sz w:val="22"/>
        </w:rPr>
        <w:t>______________ sh.</w:t>
      </w:r>
      <w:r>
        <w:rPr>
          <w:rFonts w:ascii="Times New Roman" w:hAnsi="Times New Roman" w:eastAsia="Times New Roman"/>
          <w:b w:val="0"/>
          <w:i w:val="0"/>
          <w:sz w:val="22"/>
        </w:rPr>
        <w:tab/>
        <w:t>«____» __________ 20__ y.</w:t>
      </w:r>
    </w:p>
    <w:p>
      <w:pPr>
        <w:spacing w:after="120" w:before="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______________________________ («Sotuvchi» deb ataluvchi yuridik shaxs), bir tomondan, uning nomidan Ustav asosida ish yurituvchi ________________________ (F.I.Sh., lavozimi) va</w:t>
      </w:r>
    </w:p>
    <w:p>
      <w:pPr>
        <w:spacing w:after="120" w:before="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fuqaro ________________________ (F.I.Sh.), pasport (ID-karta): seriya _____ № ________, __________ tomonidan berilgan, JShShIR (PINFL): ______________, yashash manzili: __________________ («Xaridor» deb ataluvchi jismoniy shaxs), ikkinchi tomondan, keyingi o‘rinlarda birgalikda «Tomonlar» deb ataluvchilar, quyidagilar to‘g‘risida ushbu shartnomani (keyingi o‘rinlarda — Shartnoma) tuzdilar:</w:t>
      </w:r>
    </w:p>
    <w:p>
      <w:pPr>
        <w:spacing w:before="24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1. SHARTNOMA PREDMETI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1.1. Ushbu Shartnomaga muvofiq Sotuvchi tovarni (keyingi o‘rinlarda — Tovar) Xaridorning mulkiga topshirish, Xaridor esa Tovarni qabul qilib olish va uning haqini to‘lash majburiyatini oladi.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1.2. Tovarning nomi, miqdori, birlik narxi va umumiy qiymati ushbu Shartnomaning ajralmas qismi bo‘lgan spetsifikatsiya (Ilova № 1) va/yoki hisob-fakturada belgilanadi.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1.3. Tovar sifati amaldagi standartlar va texnik reglamentlarga muvofiq bo‘lishi hamda tegishli hujjatlar bilan tasdiqlanishi lozim.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1.4. Sotuvchi Tovar uchinchi shaxslarning huquqlaridan xoli ekanligini, garov yoki nizo predmeti emasligini kafolatlaydi.</w:t>
      </w:r>
    </w:p>
    <w:p>
      <w:pPr>
        <w:spacing w:before="24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2. SHARTNOMA NARXI VA TO‘LOV TARTIBI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2.1. Ushbu Shartnoma bo‘yicha Tovarning umumiy qiymati __________________ (________________________) so‘mni tashkil etadi, shu jumladan QQS ______% / QQSsiz (keraksizini o‘chiring).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2.2. Tovar narxiga uni ________________ (manzil) gacha yetkazib berish xarajatlari kiradi / kirmaydi (keraksizini o‘chiring).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2.3. Xaridor Tovar uchun quyidagi tartibda haq to‘laydi: oldindan to‘lov ______% miqdorida; qolgan qismi esa Tovar qabul qilib olingandan so‘ng ____ kun ichida.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2.4. To‘lov naqd pul shaklida kassaga / Sotuvchining hisob-raqamiga (plastik karta orqali) pul o‘tkazish yo‘li bilan milliy valyutada (so‘mda) amalga oshiriladi.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2.5. Tovar narxi Tomonlarning yozma kelishuvi asosida o‘zgartirilishi mumkin.</w:t>
      </w:r>
    </w:p>
    <w:p>
      <w:pPr>
        <w:spacing w:before="24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3. YETKAZIB BERISH VA TOVARNI QABUL QILISH TARTIBI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3.1. Sotuvchi Tovarni ______________ gacha bo‘lgan muddatda quyidagi manzilga yetkazib beradi / Xaridor Tovarni Sotuvchining omboridan o‘zi olib ketadi: __________________ (keraksizini o‘chiring).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3.2. Tovarga bo‘lgan mulk huquqi va tasodifan nobud bo‘lish xavfi Tovar Xaridorga topshirilgan va yuk xati (chek/kvitansiya) imzolangan paytdan Xaridorga o‘tadi.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3.3. Sotuvchi Tovar bilan birga hisob-faktura, yuk xati/chek va sifat hujjatlarini (kerak bo‘lganda) taqdim etadi.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3.4. Xaridor Tovarni qabul qilishda uning miqdori va tashqi ko‘rinishini tekshiradi.</w:t>
      </w:r>
    </w:p>
    <w:p>
      <w:pPr>
        <w:spacing w:before="24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4. TOVAR SIFATI, MIQDORI VA KAFOLATLARI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4.1. Tovar miqdori yoki sifatidagi kamchiliklar aniqlanganda, Xaridor ____ (____) kun ichida Sotuvchini yozma xabardor qiladi va Tomonlar ikki tomonlama dalolatnoma tuzadilar.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4.2. Sifatsiz yoki to‘liq bo‘lmagan Tovar aniqlanganda, Sotuvchi ____ (____) kun ichida Tovarni o‘z hisobidan almashtirish yoki kamchilikni bartaraf etish majburiyatini oladi.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4.3. Tovarga kafolat muddati ____ (____) oy / Tovar hujjatlarida ko‘rsatilgan muddatni tashkil etadi va Tovar topshirilgan kundan boshlanadi.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4.4. Iste’molchi bo‘lgan jismoniy shaxsning huquqlari «Iste’molchilarning huquqlarini himoya qilish to‘g‘risida»gi qonun bilan qo‘shimcha himoya qilinadi.</w:t>
      </w:r>
    </w:p>
    <w:p>
      <w:pPr>
        <w:spacing w:before="24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5. TOMONLARNING JAVOBGARLIGI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5.1. Majburiyatlar bajarilmaganlik uchun Tomonlar O‘zbekiston Respublikasi qonunchiligiga va ushbu Shartnomaga muvofiq javobgar bo‘ladilar.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5.2. To‘lov muddati buzilgan taqdirda, Xaridor har bir kechiktirilgan kun uchun to‘lanmagan summaning ____% miqdorida penya to‘laydi, biroq qarz miqdorining ____% dan oshmasligi lozim.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5.3. Yetkazib berish muddati buzilgan taqdirda, Sotuvchi har bir kechiktirilgan kun uchun Tovar qiymatining ____% miqdorida penya to‘laydi.</w:t>
      </w:r>
    </w:p>
    <w:p>
      <w:pPr>
        <w:spacing w:before="24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6. YENGIB BO‘LMAYDIGAN KUCH HOLATLARI (FORS-MAJOR)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6.1. Tomonlar yengib bo‘lmaydigan kuch holatlari natijasida majburiyatlarni bajarmaganlik uchun javobgarlikdan ozod etiladi va bu haqda ikkinchi Tomonni ____ kun ichida xabardor qiladi.</w:t>
      </w:r>
    </w:p>
    <w:p>
      <w:pPr>
        <w:spacing w:before="24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7. NIZOLARNI HAL ETISH TARTIBI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7.1. Barcha nizolar muzokaralar yo‘li bilan hal etiladi. Kelishuvga erishilmasa, nizo O‘zbekiston Respublikasi qonunchiligiga muvofiq tegishli sudda ko‘rib chiqiladi.</w:t>
      </w:r>
    </w:p>
    <w:p>
      <w:pPr>
        <w:spacing w:before="24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8. SHARTNOMANING AMAL QILISH MUDDATI VA UNI BEKOR QILISH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8.1. Ushbu Shartnoma imzolangan paytdan kuchga kiradi va Tomonlar majburiyatlarini to‘liq bajargunga qadar amal qiladi.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8.2. Shartnoma Tomonlarning o‘zaro yozma kelishuviga ko‘ra bekor qilinishi mumkin.</w:t>
      </w:r>
    </w:p>
    <w:p>
      <w:pPr>
        <w:spacing w:before="24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9. BOSHQA SHARTLAR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9.1. O‘zgartirish va qo‘shimchalar faqat yozma shaklda, Tomonlar imzolagan taqdirda haqiqiy hisoblanadi.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9.2. Nazarda tutilmagan masalalar O‘zbekiston Respublikasi amaldagi qonunchiligiga muvofiq tartibga solinadi.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9.3. Ushbu Shartnoma ikki nusxada, har bir Tomon uchun bittadan, davlat tilida tuzildi. Ilova № 1 — Tovar spetsifikatsiyasi.</w:t>
      </w:r>
    </w:p>
    <w:p>
      <w:pPr>
        <w:spacing w:before="24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10. TOMONLARNING REKVIZITLARI VA IMZOLARI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SOTUVCHI (yuridik shaxs):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XARIDOR (jismoniy shaxs):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Tashkilot nomi: ______________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F.I.Sh.: __________________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Manzil: ____________________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Pasport (ID): seriya ______ № _________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STIR (INN): ______________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JShShIR (PINFL): ______________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H/r (r/s): __________________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Yashash manzili: ________________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Bank: ____________________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Karta / hisob raqami: ____________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MFO: __________________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Tel: ____________________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Tel: ____________________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 xml:space="preserve"> 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 xml:space="preserve"> 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 xml:space="preserve"> 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____________ /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____________ /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/>
                <w:sz w:val="22"/>
              </w:rPr>
              <w:t>(imzo)          (F.I.Sh.)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/>
                <w:sz w:val="22"/>
              </w:rPr>
              <w:t>(imzo)          (F.I.Sh.)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M.O‘. (muhr o‘rni)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 xml:space="preserve"> </w:t>
            </w:r>
          </w:p>
        </w:tc>
      </w:tr>
    </w:tbl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